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🔑 מפתח תשובות למורה – המשימה של שם המספר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לכל 12 המשימות, במסלול הרגיל/עולים ובמסלול חנ״מ (פחות פריטים).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⏳ משימה 1: הספירה לאחור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רגיל / עולים: עשר ← תשע ← שמונה ← שבע ← שש ← חמש ← ארבע ← שלוש ← שתיים ← אחת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חנ״מ: חמש ← ארבע ← שלוש ← שתיים ← אחת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⚖️ משימה 2: זכר או נקבה?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רגיל / עולים: זכר 🔵: כיסא, כרטיס, שולחן, חלון, שיר, מקום | נקבה 🟠: במה, מנורה, להקה, דלת, תמונה, עוגה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חנ״מ: זכר 🔵: כיסא, כרטיס, שיר | נקבה 🟠: במה, מנורה, עוגה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🪑 משימה 3: כיסאות ומנורות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רגיל / עולים: 3 כיסאות – שלושה · 3 מנורות – שלוש · 5 שולחנות – חמישה · 5 עוגות – חמש · 7 שירים – שבעה · 7 להקות – שבע · 10 חלונות – עשרה · 10 דלתות – עשר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חנ״מ: 3 כיסאות – שלושה · 3 מנורות – שלוש · 5 שולחנות – חמישה · 5 עוגות – חמש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👀 משימה 4: מבט חטוף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רגיל / עולים: שישה כיסאות · ארבע עוגות · תשעה בלונים · שלוש מצלמות · שבע גיטרות · חמישה תופים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חנ״מ: שישה כיסאות · ארבע עוגות · תשעה בלונים · שלוש מצלמות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🎟️ משימה 5: אחד, שני ושתי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רגיל / עולים: קיבלתי כרטיס אחד בלבד. · שמרו לנו שתי שורות באולם. · על הבמה עמדו שני מיקרופונים. · נשארה רק להקה אחת לחזרה. · – כמה כרטיסים קניתם? – שניים. · – כמה שורות שמרו? – שתיים.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חנ״מ: קיבלתי כרטיס אחד בלבד. · שמרו לנו שתי שורות באולם. · על הבמה עמדו שני מיקרופונים. · נשארה רק להקה אחת לחזרה.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🔟 משימה 6: בין 11 ל־19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רגיל / עולים: אחד עשר שירים · שתים עשרה רקדניות · שלושה עשר תלמידים · חמש עשרה דקות · ארבעה עשר כיסאות · שמונה עשרה שורות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חנ״מ: אחד עשר שירים · שתים עשרה רקדניות · שלושה עשר תלמידים · חמש עשרה דקות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💰 משימה 7: הקופה של עידו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רגיל / עולים: מאתיים שקלים · שלוש מאות שקלים · אלפיים שקלים · חמשת אלפים שקלים · ארבעים שקלים · מאה וחמישים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חנ״מ: מאתיים שקלים · שלוש מאות שקלים · אלפיים שקלים · חמשת אלפים שקלים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🏆 משימה 8: שלושת הזוכים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רגיל / עולים: שלושת הזוכים יעלו לבמה. (3) · שתי הקבוצות קיבלו תעודה. (2) · חמשת השירים הראשונים היו מרגשים. (5) · ארבע השופטות ישבו בשורה הראשונה. (4) · עשרת הכרטיסים האחרונים נמכרו. (10) · שני המנחים עלו יחד לבמה. (2)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חנ״מ: שלושת הזוכים יעלו לבמה. (3) · שתי הקבוצות קיבלו תעודה. (2) · חמשת השירים הראשונים היו מרגשים. (5) · ארבע השופטות ישבו בשורה הראשונה. (4)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🥇 משימה 9: סדר ההופעות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רגיל / עולים: ההופעה ה־1 – הראשונה · השיר ה־2 – השני · ההופעה ה־3 – השלישית · הריקוד ה־4 – הרביעי · המקום ה־6 – השישי · ההופעה ה־10 – העשירית · המופע ה־11 – האחד עשר · השורה ה־12 – השתים עשרה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חנ״מ: ההופעה ה־1 – הראשונה · השיר ה־2 – השני · ההופעה ה־3 – השלישית · הריקוד ה־4 – הרביעי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📅 משימה 10: תאריך, שעה ומחיר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רגיל / עולים: הערב ייערך ב־חמישה בדצמבר. (5) · ההופעות יתחילו בשעה שבע בערב. (7) · כרטיס לילדים עולה שני שקלים. (2 ₪) · ערב הכישרונות של שנת אלפיים עשרים ושש. (2026) · ההרשמה תיפתח ב־אחד בינואר. (1) · השופטים נתנו להופעה ציון תשעים וחמש. (95)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חנ״מ: הערב ייערך ב־חמישה בדצמבר. (5) · ההופעות יתחילו בשעה שבע בערב. (7) · כרטיס לילדים עולה שני שקלים. (2 ₪) · ערב הכישרונות של שנת אלפיים עשרים ושש. (2026)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🔍 משימה 11: צדים טעויות במודעה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רגיל / עולים: שתיים שקלים ← שני שקלים · שלוש כרטיסים ← שלושה כרטיסים · אחד מנחה ← מנחה אחד · חמש עשר להקות ← חמש עשרה להקות · שלושה מאות כיסאות ← שלוש מאות כיסאות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חנ״מ: שתיים שקלים ← שני שקלים · שלוש כרטיסים ← שלושה כרטיסים · אחד מנחה ← מנחה אחד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🧮 משימה 12: המספר הגדול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רגיל / עולים: 345 צופים → שלוש מאות ארבעים וחמישה · 0 נקודות בתחילת המשחק → אפס נקודות · 1,250 שקלים → אלף מאתיים וחמישים שקלים · 21 תלמידות → עשרים ואחת תלמידות · שנת 2026 → אלפיים עשרים ושש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חנ״מ: 345 צופים → שלוש מאות ארבעים וחמישה · 0 נקודות בתחילת המשחק → אפס נקודות · 1,250 שקלים → אלף מאתיים וחמישים שקלים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🏁 שאלות קרב הקבוצות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כשסופרים בלי שם עצם (אחת, שתיים…) משתמשים בצורת: → נקבה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אומרים 5 בספירה רגילה? → חמש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"קו האוטובוס ___" (7) → שבע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"שולחנות" – מה המין של שולחן? → זכר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"דלת" היא: → נקבה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את המין של שם עצם בודקים לפי: → צורת היחיד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___ כיסאות (3) → שלושה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___ מנורות (5) → חמש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___ חלונות (10) → עשרה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___ בלונים (9) → תשעה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___ גיטרות (7) → שבע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___ מצלמות (3) → שלוש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שמרו לנו ___ שורות → שתי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קיבלתי כרטיס ___ → אחד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– כמה כרטיסים? – ___ → שניים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___ דקות (15) → חמש עשרה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___ תלמידים (13) → שלושה עשר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18. איך כותבים 12 בנקבה? → שתים עשרה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19. 300 שקלים =  → שלוש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20. 5000 =  → חמשת אלפים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21. 200 =  → מאתיים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22. ___ הזוכים (3) → שלושת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23. ___ המנחים (2) → שני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24. ___ השופטות (4) → ארבע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25. ההופעה ה־3 = ההופעה ___ → השלישית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26. המופע ה־11 = המופע ___ → האחד עשר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27. "שלושה שירים" – המספר הוא: → יסודי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28. ב־___ בדצמבר (5) → חמישה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29. בשעה ___ (7) → שבע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30. 2 ₪ =  → שני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31. מה נכון? → שני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32. מה נכון? → מנחה אחד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33. מה נכון? → שלוש מאות כיסאות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34. 345 צופים = שלוש מאות ארבעים ___ → וחמישה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35. 0 נקודות =  → אפס נקודות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36. 21 תלמידות = עשרים ___ תלמידות → ואחת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37. איזה משפט נכון? → יש לי שני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38. איך קוראים 2000? → אלפיים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39. "חלונות" – מה המין של חלון? → זכר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40. המקום ה־20 בתחרות = המקום ___ → העשרים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41. ___ בלונים התפוצצו (2) → שני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42. בשעה ___ בצהריים (12) → שתים עשרה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מפתח תשובות – המשימה של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