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💡 כרטיס הכללים – שם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🔵 זכר · 🟠 נקבה · יצרה: רוית ראש בן ישי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זכר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נקבה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סמיכות זכר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סודר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כיסא אחד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 אחת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ראשון / ראשונה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שניים · שני כיסאות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 · שתי מנורות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הכיסאות · שתי המנורות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/ שנייה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שלישי / שלישית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רביעי / רביעית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חמישה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חמישי / חמישית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ששת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שישי / שישית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שבעת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שביעי / שביעית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שמונת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שמיני / שמינית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תשיעי / תשיעית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עשירי / עשירית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עשר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אחת עשרה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האחד עשר / האחת עשרה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שנים עשר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שתים עשרה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השנים עשר / השתים עשרה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חמישה עשר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החמישה עשר / החמש עשרה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העשרים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עשרים ואחד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עשרים ואחת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העשרים ואחד / העשרים ואחת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100 · 200 · 300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מאה · מאתיים · שלוש מאות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(זהה)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1000 · 2000 · 3000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אלף · אלפיים · שלושת אלפים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(זהה)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12 הכללים בקצרה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⏳ הספירה לאחור: כשסופרים "סתם" – בלי שם עצם – משתמשים בצורת הנקבה: אחת, שתיים, שלוש, ארבע… עשר. כך גם בתרגילי חשבון, במספרי טלפון ובמספר של קו האוטובוס: "קו חמש", "שלוש ועוד ארבע".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⚖️ זכר או נקבה?: 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כיסאות ומנורות: 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👀 מבט חטוף: קודם קובעים את המין של שם העצם (כיסא – זכר, גיטרה – נקבה), ואז בוחרים: זכר ← מספר עם ה׳ (שישה כיסאות); נקבה ← מספר בלי ה׳ (שש גיטרות).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🎟️ אחד, שני ושתי: 1 בא אחרי שם העצם: כרטיס אחד, שורה אחת (ולא "אחד כרטיס"). 2 לפני שם עצם בא בצורה קצרה: שני כרטיסים, שתי שורות. בלי שם עצם אחריו: שניים, שתיים ("כמה כרטיסים? שניים").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🔟 בין 11 ל־19: 11–19 בזכר: יחידה עם ה׳ + "עשר": שלושה עשר תלמידים, חמישה עשר שירים. בנקבה: יחידה בלי ה׳ + "עשרה": שלוש עשרה תלמידות, חמש עשרה דקות. שימו לב לכתיב: "שנים עשר" ו"שתים עשרה" – ביו״ד אחת! (אפשר לכתוב גם במקף: שלושה־עשר.)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💰 הקופה של עידו: "מאה" – נקבה, ולכן: שלוש מאות, חמש מאות (200 = מאתיים). "אלף" – זכר, ובא אחרי מספר בצורת סמיכות: שלושת אלפים, חמשת אלפים, עשרת אלפים (2000 = אלפיים). העשרות (עשרים, שלושים…) – זהות בזכר ובנקבה. ו׳ החיבור באה לפני החלק האחרון: מאה וחמישים.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🏆 שלושת הזוכים: לפני שם עצם מיודע (עם ה׳ הידיעה) המספר בא בסמיכות: שלושת הזוכים, חמשת השירים, עשרת הכרטיסים, שני המנחים. בנקבה הצורה כמעט לא משתנה: שלוש השופטות, ארבע הלהקות, שתי הקבוצות. בלי ה׳ הידיעה: שלושה זוכים – אבל: שלושת הזוכים.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🥇 סדר ההופעות: מספר יסודי עונה על "כמה?" (שלושה שירים). מספר סודר עונה על "איזה בתור?" (השיר השלישי). ל־1–10 יש צורות מיוחדות: ראשון/ראשונה, שני/שנייה, שלישי/שלישית … עשירי/עשירית. מ־11 ומעלה משתמשים במספר היסודי עם ה׳ הידיעה: המופע האחד עשר, השורה השתים עשרה. הסודר מתאים במין לשם העצם.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📅 תאריך, שעה ומחיר: תאריך: הימים בחודש – בזכר (כי הכוונה ל"יום"): באחד בינואר, בחמישה בדצמבר, חמישה עשר בשבט. שעה – בנקבה ("שעה" נקבה): בשבע, בשתיים, באחת וחצי. שנה – בנקבה: שנת אלפיים עשרים ושש. מחיר – לפי המטבע: שקל זכר (שני שקלים, חמישה שקלים), אגורה נקבה (חמישים אגורות). ציון, מספר טלפון, מספר חדר – מספר "סתם", בנקבה: תשעים וחמש.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צדים טעויות במודעה: הטעויות הנפוצות: "שתיים שקלים" ← שני שקלים; "שלוש כרטיסים" ← שלושה כרטיסים; "אחד מנחה" ← מנחה אחד; "חמש עשר להקות" ← חמש עשרה להקות; "שלושה מאות" ← שלוש מאות.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🧮 המספר הגדול: בונים מהגדול לקטן: אלפים ← מאות ← עשרות ← יחידות, ו־ו׳ החיבור לפני החלק האחרון: שלוש מאות ארבעים וחמישה. היחידות מתאימות במין לשם העצם: עשרים ואחת תלמידות, עשרים ואחד תלמידים. "אפס" – אותו דבר בזכר ובנקבה, ובא לפני שם העצם ברבים: אפס נקודות, אפס בלונים.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 הכללים –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